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המרוץ אחרי ה־100</w:t>
      </w:r>
    </w:p>
    <w:p>
      <w:pPr>
        <w:bidi w:val="1"/>
        <w:spacing w:after="40" w:before="0"/>
      </w:pPr>
      <w:r>
        <w:rPr>
          <w:rFonts w:ascii="Arial" w:hAnsi="Arial" w:cs="Arial"/>
          <w:b w:val="0"/>
          <w:color w:val="5D5675"/>
          <w:sz w:val="18"/>
          <w:rtl w:val="1"/>
          <w:szCs w:val="18"/>
        </w:rPr>
        <w:t>כיתה ח׳ · טור דעה · 335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המרוץ אחרי ה־100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איך הגיב אסף לציון 96? ✔ ב. הוא קיפל את הדף ולא דיבר עד סוף היום  |  תשובה מלאה: קיבל 96; קיפל את הדף מהר, לא דיבר עד סוף היום, והצטער שפספס את השאלה על המהפכה.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לחץ מהבית (הורים ששואלים "כמה קיבלת"); השוואות לאחרים; ומאיתנו עצמנו – התחושה שהציון אומר מי אנחנו.  [מילים להדגשה: מהן, שלוש הסיבות, פסקה ג]</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מה מציע הכותב לשאול במקום "כמה קיבלת?" ✔ ב. מה למדת?  |  תשובה מלאה: "מה למדת?" או "מה היה מעניין?".</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שלעולם אין רגע של מנוחה או סיפוק: גם מי שהשיג 100 מפחד לא להשיג אותו שוב, ולכן הלחץ נמשך כל הזמן.  [מילים להדגשה: מה מתכוון]</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שאיפה למצוינות – רצון להשקיע ולהשתפר תוך קבלת טעויות; היא מקדמת. פרפקציוניזם – דרישה לשלמות שבה כל טעות היא אסון; הוא משתק, ועלול לגרום להפסיק לנסות ולדחות משימות.  [מילים להדגשה: השוו, לפי פסקה 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שהבדיקה עזרה לו לראות את הטעות בגודל האמיתי – פרט קטן ולא כישלון; כשהבין שזו לא "הגדרה" שלו, הלחץ השתחרר.  [מילים להדגשה: מה ניתן להסיק]</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אסף והציון 96; ההשוואות "תוך דקה"; "ציונים עוזרים לנו לדעת מה הבנו").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22: המרוץ אחרי ה־100</w:t>
      </w:r>
    </w:p>
    <w:p>
      <w:pPr>
        <w:bidi w:val="1"/>
        <w:spacing w:after="40" w:before="0"/>
      </w:pPr>
      <w:r>
        <w:rPr>
          <w:rFonts w:ascii="Arial" w:hAnsi="Arial" w:cs="Arial"/>
          <w:b w:val="0"/>
          <w:color w:val="5D5675"/>
          <w:sz w:val="18"/>
          <w:rtl w:val="1"/>
          <w:szCs w:val="18"/>
        </w:rPr>
        <w:t>כיתה ח׳ · טור דעה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לחץ – הרגשה של מתח ודרישה גדולה · שאיפה – רצון חזק להגיע למשהו · מצוינות – רמה גבוהה מאוד · פרפקציוניזם – דרישה מעצמך להיות מושלם בלי שום טעות · משתקת – שגורמת לא לזוז, לא לפעול · מחיר – מה שמשלמים או מפסידים בשביל משהו</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קרה לכם שקיבלתם ציון טוב, ובכל זאת הרגשתם אכזבה? הטור שלפניכם עוסק בלחץ להצליח בלימודים ובשאיפה לשלמות. קראו, ושימו לב לטענות של הכותב ולדוגמאות שהוא מביא.</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המרוץ אחרי ה־100</w:t>
            </w:r>
          </w:p>
          <w:p>
            <w:pPr>
              <w:bidi w:val="1"/>
            </w:pPr>
            <w:r>
              <w:rPr>
                <w:rFonts w:ascii="Arial" w:hAnsi="Arial" w:cs="Arial"/>
                <w:b/>
                <w:color w:val="5D5675"/>
                <w:sz w:val="20"/>
                <w:rtl w:val="1"/>
                <w:szCs w:val="20"/>
                <w:bCs/>
              </w:rPr>
              <w:t>96 היה פעם ציון מצוין. היום, אצל חלק מהתלמידים, הוא סיבה לבכות. תלמיד כיתה ח׳ כותב על המחיר של הרצון להיות מושלמים.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בשבוע שעבר ראיתי את חבר שלי, אסף, מקבל מבחן בהיסטוריה. 96. הוא הסתכל על הדף, קיפל אותו מהר, ולא דיבר עד סוף היום. בהפסקה הוא אמר לי: "איך פספסתי את השאלה על המהפכה? ידעתי אותה." לא ידעתי מה לענות. בשבילי 96 הוא חלום. בשבילו זה היה כישלון.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חושב שבשכבה שלנו יש משהו שאפשר לקרוא לו "המרוץ אחרי ה־100". הוא לא מתחרה רק בציונים של אחרים, אלא בגרסה מושלמת של עצמו שאינה קיימת. וזה מרוץ בלי קו סיום: מי שקיבל 100 פעם אחת, מפחד לא לקבל אותו בפעם הבאה.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מאיפה זה מגיע? יש כמה סיבות. חלק מהלחץ מגיע מהבית, מהורים שרוצים בטובתנו ולפעמים שוכחים לשאול מה למדנו, ושואלים רק "כמה קיבלת". חלק מגיע מהשוואות: תוך דקה אחרי שהמורה מחלקת מבחנים, כולם יודעים מה כולם קיבלו. וחלק – ואת זה קשה להודות – מגיע מאיתנו. מהתחושה שהציון אומר מי אנחנו.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פסיכולוגים מבחינים בין שאיפה למצוינות לבין פרפקציוניזם. שאיפה למצוינות היא רצון להשקיע ולהשתפר, תוך קבלה של טעויות. פרפקציוניזם הוא דרישה לשלמות, שבה כל טעות נחווית כאסון. הראשונה מקדמת, השנייה משתקת: מי שמפחד לטעות לפעמים מפסיק לנסות, מוותר על שאלות קשות ודוחה משימות עד הרגע האחרון.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אסף סיפר לי שבלילות שלפני מבחן הוא ישן ארבע שעות, ושבבוקר הבטן שלו כואבת. זה לא נשמע לי כמו הצלחה. זה נשמע לי כמו מחיר. ואם המחיר של ציון גבוה הוא שינה, בריאות ושמחה – אולי אנחנו משלמים יותר מדי.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אני לא אומר שציונים לא חשובים. הם עוזרים לנו לדעת מה הבנו ומה לא, והם פותחים דלתות בהמשך. אבל אני מציע לשנות את השאלה. במקום "כמה קיבלת?", אפשר לשאול "מה למדת?" או "מה היה מעניין?". הורים יכולים לשאול כך, מורים יכולים לשאול כך, ואנחנו יכולים לשאול כך את עצמנו.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השיחה ההיא, אסף פתח את המבחן ובדק איפה טעה. "זה בכלל היה פרט קטן," הוא אמר וצחק בפעם הראשונה באותו יום. אולי זה מה שצריך: לראות את הטעות בגודל האמיתי שלה – פרט קטן, לא סיפור על מי שאנחנו.</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איך הגיב אסף לציון 96?</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הוא קפץ משמחה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הוא קיפל את הדף ולא דיבר עד סוף היום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הוא סיפר לכולם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מהן שלוש הסיבות ללחץ שמונה הכותב בפסקה ג?</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מציע הכותב לשאול במקום "כמה קיבלת?"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למה לא קיבלת 100?</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מה למדת?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מי קיבל הכי הרבה?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מתכוון הכותב כשהוא אומר שהמרוץ אחרי ה־100 הוא "מרוץ בלי קו סיום"?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הכוונה היא ש…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"שאיפה למצוינות" לבין "פרפקציוניזם", לפי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שאיפה למצוינות היא… ואילו פרפקציוניזם הוא… 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ניתן להסיק מכך שאסף "צחק בפעם הראשונה באותו יום" אחרי שבדק את הטעות?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שבתי הספר צריכים לבטל ציונים מספריים בחטיבת הביניים ולתת רק משוב במילים, כדי להפחית לחץ והשוואות. אחרים טוענים שציונים נותנים תמונה ברורה ומוטיבציה, ושבלעדיהם קשה לדעת איפה עומדים.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22 · המרוץ אחרי ה־100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22 · המרוץ אחרי ה־100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